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ytu"/>
        <w:jc w:val="center"/>
        <w:rPr/>
      </w:pPr>
      <w:r>
        <w:rPr/>
        <w:t>FORMULARZ WYWIADU ZDROWOTNO-ŻYWIENIOWEGO</w:t>
      </w:r>
    </w:p>
    <w:p>
      <w:pPr>
        <w:pStyle w:val="Normal"/>
        <w:jc w:val="center"/>
        <w:rPr/>
      </w:pPr>
      <w:r>
        <w:rPr>
          <w:b/>
        </w:rPr>
        <w:t>Centrum Dietetyki Nutriflow</w:t>
      </w:r>
    </w:p>
    <w:p>
      <w:pPr>
        <w:pStyle w:val="Normal"/>
        <w:rPr/>
      </w:pPr>
      <w:r>
        <w:rPr/>
        <w:t>Formularz można wypełnić bezpośrednio na komputerze. Wpisz odpowiedź w pustym polu pod każdym pytaniem. Jeśli pytanie Cię nie dotyczy, wpisz „nie dotyczy”.</w:t>
      </w:r>
    </w:p>
    <w:p>
      <w:pPr>
        <w:pStyle w:val="Nagwek1"/>
        <w:rPr/>
      </w:pPr>
      <w:r>
        <w:rPr/>
        <w:t>1. Dane podstawowe</w:t>
      </w:r>
    </w:p>
    <w:p>
      <w:pPr>
        <w:pStyle w:val="Normal"/>
        <w:spacing w:before="0" w:after="80"/>
        <w:rPr/>
      </w:pPr>
      <w:r>
        <w:rPr>
          <w:b/>
        </w:rPr>
        <w:t>Imię i nazwisko: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Wiek</w:t>
      </w:r>
      <w:r>
        <w:rPr>
          <w:b/>
        </w:rPr>
        <w:t>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Adres e-mail: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Numer telefonu (opcjonalnie):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Wzrost (cm):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Aktualna masa ciała (kg):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Masa ciała, do której chcesz dążyć (jeśli dotyczy):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2. Cel planu dietetycznego</w:t>
      </w:r>
    </w:p>
    <w:p>
      <w:pPr>
        <w:pStyle w:val="Normal"/>
        <w:rPr/>
      </w:pPr>
      <w:r>
        <w:rPr>
          <w:b/>
        </w:rPr>
        <w:t>Wskaż główny cel:</w:t>
      </w:r>
    </w:p>
    <w:p>
      <w:pPr>
        <w:pStyle w:val="Normal"/>
        <w:rPr/>
      </w:pPr>
      <w:r>
        <w:rPr/>
        <w:t>redukcja masy ciała / zwiększenie masy ciała / utrzymanie masy ciała / poprawa sposobu żywienia / inny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Dodatkowe informacje dotyczące celu: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3. Stan zdrowia</w:t>
      </w:r>
    </w:p>
    <w:p>
      <w:pPr>
        <w:pStyle w:val="Normal"/>
        <w:spacing w:before="0" w:after="80"/>
        <w:rPr/>
      </w:pPr>
      <w:r>
        <w:rPr>
          <w:b/>
        </w:rPr>
        <w:t>Czy masz zdiagnozowane choroby lub przewlekłe dolegliwości? Jeśli tak, jakie?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pozostajesz pod stałą opieką lekarza lub innego specjalisty? Jeśli tak, z jakiego powodu?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przyjmujesz obecnie leki? Jeśli tak, podaj nazwy lub rodzaj leków oraz - jeśli wiesz - dawkowanie.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przyjmujesz suplementy diety? Jeśli tak, jakie i w jakich dawkach?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masz rozpoznane alergie lub nietolerancje pokarmowe? Jeśli tak, jakie?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występują u Ciebie dolegliwości ze strony układu pokarmowego (np. zgaga, wzdęcia, zaparcia, biegunki, bóle brzucha)?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występują inne problemy zdrowotne, które mogą mieć znaczenie przy przygotowaniu planu?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>
          <w:b/>
        </w:rPr>
      </w:pPr>
      <w:r>
        <w:rPr>
          <w:rFonts w:ascii="Aptos" w:hAnsi="Aptos"/>
          <w:b w:val="false"/>
          <w:bCs w:val="false"/>
          <w:i w:val="false"/>
          <w:caps w:val="false"/>
          <w:smallCaps w:val="false"/>
          <w:color w:val="0C274A"/>
          <w:spacing w:val="0"/>
          <w:sz w:val="21"/>
          <w:szCs w:val="21"/>
        </w:rPr>
        <w:t xml:space="preserve">Czy masz aktualne wyniki badań, które mogą mieć znaczenie przy przygotowaniu planu dietetycznego? Jeśli tak, możesz podać ich rodzaj i wynik. Nie przesyłaj pełnej dokumentacji medycznej 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4. Dotychczasowy sposób żywienia</w:t>
      </w:r>
    </w:p>
    <w:p>
      <w:pPr>
        <w:pStyle w:val="Normal"/>
        <w:spacing w:before="0" w:after="80"/>
        <w:rPr/>
      </w:pPr>
      <w:r>
        <w:rPr>
          <w:b/>
        </w:rPr>
        <w:t>Ile posiłków zwykle spożywasz w ciągu dnia?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W jakich godzinach najczęściej jesz posiłki?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Opisz przykładowy dzień żywienia (posiłki, przekąski, napoje):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Ile płynów wypijasz dziennie i jakie napoje wybierasz najczęściej?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Jak często pijesz kawę, herbatę, napoje słodzone lub energetyczne?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spożywasz alkohol? Jeśli tak, jak często i w jakiej orientacyjnej ilości?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5. Preferencje i ograniczenia żywieniowe</w:t>
      </w:r>
    </w:p>
    <w:p>
      <w:pPr>
        <w:pStyle w:val="Normal"/>
        <w:spacing w:before="0" w:after="80"/>
        <w:rPr/>
      </w:pPr>
      <w:r>
        <w:rPr>
          <w:b/>
        </w:rPr>
        <w:t>Produkty i potrawy, które szczególnie lubisz: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Produkty i potrawy, których nie lubisz lub nie chcesz uwzględniać w planie: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rPr/>
      </w:pPr>
      <w:r>
        <w:rPr>
          <w:b/>
        </w:rPr>
        <w:t>Sposób żywienia:</w:t>
      </w:r>
    </w:p>
    <w:p>
      <w:pPr>
        <w:pStyle w:val="Normal"/>
        <w:rPr/>
      </w:pPr>
      <w:r>
        <w:rPr/>
        <w:t>tradycyjny / wegetariański / wegański / inny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są produkty, których nie spożywasz z powodów zdrowotnych, etycznych, religijnych lub innych?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masz możliwość samodzielnego przygotowywania posiłków? Jak dużo czasu możesz na to przeznaczyć?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plan powinien uwzględniać posiłki zabierane do pracy/szkoły lub jedzone poza domem?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6. Styl życia i aktywność</w:t>
      </w:r>
    </w:p>
    <w:p>
      <w:pPr>
        <w:pStyle w:val="Normal"/>
        <w:spacing w:before="0" w:after="80"/>
        <w:rPr/>
      </w:pPr>
      <w:r>
        <w:rPr>
          <w:b/>
        </w:rPr>
        <w:t>Rodzaj wykonywanej pracy / typowa aktywność w ciągu dnia (np. siedząca, stojąca, fizyczna):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Aktywność fizyczna - rodzaj, częstotliwość i czas trwania: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Przeciętna liczba godzin snu: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pracujesz zmianowo lub masz nieregularny rytm dnia? Jeśli tak, opisz: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7. Historia masy ciała i wcześniejsze diety</w:t>
      </w:r>
    </w:p>
    <w:p>
      <w:pPr>
        <w:pStyle w:val="Normal"/>
        <w:spacing w:before="0" w:after="80"/>
        <w:rPr/>
      </w:pPr>
      <w:r>
        <w:rPr>
          <w:b/>
        </w:rPr>
        <w:t>Czy masa ciała w ostatnim czasie istotnie się zmieniła? Jeśli tak, w jakim okresie i o ile?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wcześniej stosowałaś/eś diety redukcyjne, eliminacyjne lub inne specjalne sposoby żywienia? Jakie były efekty?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Co było największą trudnością w utrzymaniu wcześniejszych zmian żywieniowych?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8. Informacje potrzebne do ułożenia planu</w:t>
      </w:r>
    </w:p>
    <w:p>
      <w:pPr>
        <w:pStyle w:val="Normal"/>
        <w:spacing w:before="0" w:after="80"/>
        <w:rPr/>
      </w:pPr>
      <w:r>
        <w:rPr>
          <w:b/>
        </w:rPr>
        <w:t>Czy masz określony budżet na żywność lub inne ograniczenia, które należy uwzględnić?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Czy są godziny, w których nie możesz spożywać posiłków?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Dodatkowe informacje, które mogą mieć znaczenie przy przygotowaniu planu: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108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9. Dane do rozliczenia usługi</w:t>
      </w:r>
    </w:p>
    <w:p>
      <w:pPr>
        <w:pStyle w:val="Normal"/>
        <w:rPr/>
      </w:pPr>
      <w:r>
        <w:rPr/>
        <w:t>Poniższe dane mogą zostać wykorzystane wyłącznie w zakresie potrzebnym do rozliczenia usługi za pośrednictwem UseMe lub innego podmiotu pośredniczącego w rozliczeniu.</w:t>
      </w:r>
    </w:p>
    <w:p>
      <w:pPr>
        <w:pStyle w:val="Normal"/>
        <w:spacing w:before="0" w:after="80"/>
        <w:rPr/>
      </w:pPr>
      <w:r>
        <w:rPr>
          <w:b/>
        </w:rPr>
        <w:t>Imię i nazwisko: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Adres: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Kod pocztowy i miejscowość: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Adres e-mail do rozliczenia (jeśli inny niż podany wyżej):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10. Zgoda na przetwarzanie danych dotyczących zdrowia</w:t>
      </w:r>
    </w:p>
    <w:p>
      <w:pPr>
        <w:pStyle w:val="Normal"/>
        <w:rPr/>
      </w:pPr>
      <w:r>
        <w:rPr/>
        <w:t>W polu poniżej wpisz: TAK - jeśli wyrażasz zgodę.</w:t>
      </w:r>
    </w:p>
    <w:p>
      <w:pPr>
        <w:pStyle w:val="Normal"/>
        <w:rPr/>
      </w:pPr>
      <w:r>
        <w:rPr/>
        <w:t>Wyrażam wyraźną zgodę na przetwarzanie podanych przeze mnie w niniejszym formularzu oraz ewentualnie przekazanych wraz z nim danych dotyczących mojego zdrowia przez Dorotę Wachholz i Justynę Kolorz w celu przygotowania i realizacji indywidualnego planu dietetycznego. Wiem, że zgodę mogę wycofać w dowolnym momencie, a jej wycofanie nie wpływa na zgodność z prawem przetwarzania dokonanego przed jej wycofaniem.</w:t>
      </w:r>
    </w:p>
    <w:p>
      <w:pPr>
        <w:pStyle w:val="Normal"/>
        <w:spacing w:before="0" w:after="80"/>
        <w:rPr/>
      </w:pPr>
      <w:r>
        <w:rPr>
          <w:b/>
        </w:rPr>
        <w:t>Zgoda (wpisz TAK):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rPr/>
      </w:pPr>
      <w:r>
        <w:rPr/>
        <w:t>Informacje o zasadach przetwarzania danych, okresie ich przechowywania oraz przysługujących prawach znajdują się w Polityce prywatności Centrum Dietetyki Nutriflow dostępnej na stronie internetowej.</w:t>
      </w:r>
    </w:p>
    <w:p>
      <w:pPr>
        <w:pStyle w:val="Normal"/>
        <w:spacing w:before="0" w:after="80"/>
        <w:rPr/>
      </w:pPr>
      <w:r>
        <w:rPr>
          <w:b/>
        </w:rPr>
        <w:t>Data: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spacing w:before="0" w:after="80"/>
        <w:rPr/>
      </w:pPr>
      <w:r>
        <w:rPr>
          <w:b/>
        </w:rPr>
        <w:t>Imię i nazwisko osoby składającej oświadczenie: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agwek1"/>
        <w:rPr/>
      </w:pPr>
      <w:r>
        <w:rPr/>
        <w:t>11. Oświadczenie dotyczące przekazanych informacji</w:t>
      </w:r>
    </w:p>
    <w:p>
      <w:pPr>
        <w:pStyle w:val="Normal"/>
        <w:rPr/>
      </w:pPr>
      <w:r>
        <w:rPr/>
        <w:t>W polu poniżej wpisz: TAK - jeśli potwierdzasz oświadczenie.</w:t>
      </w:r>
    </w:p>
    <w:p>
      <w:pPr>
        <w:pStyle w:val="Normal"/>
        <w:rPr/>
      </w:pPr>
      <w:r>
        <w:rPr/>
        <w:t>Potwierdzam, że podane przeze mnie informacje są zgodne z moją wiedzą i zostały przekazane w celu przygotowania indywidualnego planu dietetycznego.</w:t>
      </w:r>
    </w:p>
    <w:p>
      <w:pPr>
        <w:pStyle w:val="Normal"/>
        <w:spacing w:before="0" w:after="80"/>
        <w:rPr/>
      </w:pPr>
      <w:r>
        <w:rPr>
          <w:b/>
        </w:rPr>
        <w:t>Potwierdzenie (wpisz TAK):</w:t>
      </w:r>
    </w:p>
    <w:tbl>
      <w:tblPr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54"/>
      </w:tblGrid>
      <w:tr>
        <w:trPr>
          <w:trHeight w:val="360" w:hRule="atLeast"/>
        </w:trPr>
        <w:tc>
          <w:tcPr>
            <w:tcW w:w="93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fill="F5F5F5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b/>
        </w:rPr>
        <w:t xml:space="preserve">Ważne: </w:t>
      </w:r>
      <w:r>
        <w:rPr/>
        <w:t>Plan dietetyczny jest przygotowywany na podstawie informacji przekazanych w formularzu. W przypadku choroby, leczenia, ciąży, karmienia piersią lub innych okoliczności wymagających indywidualnej oceny medycznej sposób żywienia warto skonsultować z lekarzem lub właściwym specjalistą. Usługa dietetyczna nie zastępuje diagnozy ani leczenia.</w:t>
      </w:r>
    </w:p>
    <w:sectPr>
      <w:footerReference w:type="default" r:id="rId2"/>
      <w:type w:val="nextPage"/>
      <w:pgSz w:w="12240" w:h="15840"/>
      <w:pgMar w:left="1020" w:right="1020" w:gutter="0" w:header="0" w:top="907" w:footer="72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ptos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sz w:val="16"/>
      </w:rPr>
      <w:t>Centrum Dietetyki Nutriflow • centrumdietetyki.nutriflow@gmail.com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val="17365D" w:themeColor="text2" w:themeShade="bf"/>
      <w:spacing w:val="5"/>
      <w:kern w:val="2"/>
      <w:sz w:val="36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LibreOffice/7.5.5.2$Windows_X86_64 LibreOffice_project/ca8fe7424262805f223b9a2334bc7181abbcbf5e</Application>
  <AppVersion>15.0000</AppVersion>
  <Pages>7</Pages>
  <Words>681</Words>
  <Characters>4312</Characters>
  <CharactersWithSpaces>4923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2026-10-05T20:41:07Z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